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26FD7" w14:textId="79095947" w:rsidR="006E26AB" w:rsidRPr="00E90128" w:rsidRDefault="00861F59" w:rsidP="00582DEB">
      <w:pPr>
        <w:pStyle w:val="Ttulo1"/>
        <w:spacing w:line="360" w:lineRule="auto"/>
        <w:contextualSpacing/>
        <w:jc w:val="center"/>
        <w:rPr>
          <w:rFonts w:ascii="Arial" w:hAnsi="Arial" w:cs="Arial"/>
          <w:color w:val="auto"/>
        </w:rPr>
      </w:pPr>
      <w:r w:rsidRPr="00E90128">
        <w:rPr>
          <w:rFonts w:ascii="Arial" w:hAnsi="Arial" w:cs="Arial"/>
          <w:color w:val="auto"/>
        </w:rPr>
        <w:t>Title</w:t>
      </w:r>
      <w:r w:rsidR="001E158B">
        <w:rPr>
          <w:rFonts w:ascii="Arial" w:hAnsi="Arial" w:cs="Arial"/>
          <w:color w:val="auto"/>
        </w:rPr>
        <w:t xml:space="preserve"> </w:t>
      </w:r>
      <w:r w:rsidR="001E158B" w:rsidRPr="00E14495">
        <w:rPr>
          <w:rFonts w:ascii="Arial" w:hAnsi="Arial" w:cs="Arial"/>
          <w:b w:val="0"/>
          <w:bCs w:val="0"/>
          <w:color w:val="00B050"/>
        </w:rPr>
        <w:t>(Arial 14, bold)</w:t>
      </w:r>
    </w:p>
    <w:p w14:paraId="64B6C1C3" w14:textId="77777777" w:rsidR="00515219" w:rsidRDefault="00861F59" w:rsidP="00582DEB">
      <w:pPr>
        <w:spacing w:line="360" w:lineRule="auto"/>
        <w:contextualSpacing/>
        <w:jc w:val="center"/>
        <w:rPr>
          <w:rFonts w:ascii="Arial" w:hAnsi="Arial" w:cs="Arial"/>
          <w:bCs/>
          <w:lang w:val="en-GB"/>
        </w:rPr>
      </w:pPr>
      <w:r w:rsidRPr="00515219">
        <w:rPr>
          <w:rFonts w:ascii="Arial" w:hAnsi="Arial" w:cs="Arial"/>
          <w:bCs/>
          <w:u w:val="single"/>
          <w:lang w:val="en-GB"/>
        </w:rPr>
        <w:t>Name Surname</w:t>
      </w:r>
      <w:r w:rsidR="00514AA7" w:rsidRPr="00515219">
        <w:rPr>
          <w:rFonts w:ascii="Arial" w:hAnsi="Arial" w:cs="Arial"/>
          <w:bCs/>
          <w:u w:val="single"/>
          <w:vertAlign w:val="superscript"/>
          <w:lang w:val="en-GB"/>
        </w:rPr>
        <w:t>1</w:t>
      </w:r>
      <w:r w:rsidRPr="00515219">
        <w:rPr>
          <w:rFonts w:ascii="Arial" w:hAnsi="Arial" w:cs="Arial"/>
          <w:bCs/>
          <w:lang w:val="en-GB"/>
        </w:rPr>
        <w:t>, Name Surname</w:t>
      </w:r>
      <w:r w:rsidR="00514AA7" w:rsidRPr="00515219">
        <w:rPr>
          <w:rFonts w:ascii="Arial" w:hAnsi="Arial" w:cs="Arial"/>
          <w:bCs/>
          <w:vertAlign w:val="superscript"/>
          <w:lang w:val="en-GB"/>
        </w:rPr>
        <w:t>2</w:t>
      </w:r>
      <w:r w:rsidRPr="00515219">
        <w:rPr>
          <w:rFonts w:ascii="Arial" w:hAnsi="Arial" w:cs="Arial"/>
          <w:bCs/>
          <w:lang w:val="en-GB"/>
        </w:rPr>
        <w:t xml:space="preserve">, all </w:t>
      </w:r>
      <w:proofErr w:type="spellStart"/>
      <w:r w:rsidRPr="00515219">
        <w:rPr>
          <w:rFonts w:ascii="Arial" w:hAnsi="Arial" w:cs="Arial"/>
          <w:bCs/>
          <w:lang w:val="en-GB"/>
        </w:rPr>
        <w:t>authors</w:t>
      </w:r>
      <w:r w:rsidR="001E158B" w:rsidRPr="00515219">
        <w:rPr>
          <w:rFonts w:ascii="Arial" w:hAnsi="Arial" w:cs="Arial"/>
          <w:bCs/>
          <w:vertAlign w:val="superscript"/>
          <w:lang w:val="en-GB"/>
        </w:rPr>
        <w:t>X</w:t>
      </w:r>
      <w:proofErr w:type="spellEnd"/>
      <w:r w:rsidR="00514AA7" w:rsidRPr="00515219">
        <w:rPr>
          <w:rFonts w:ascii="Arial" w:hAnsi="Arial" w:cs="Arial"/>
          <w:bCs/>
          <w:lang w:val="en-GB"/>
        </w:rPr>
        <w:t xml:space="preserve">, corresponding </w:t>
      </w:r>
      <w:proofErr w:type="spellStart"/>
      <w:r w:rsidR="00514AA7" w:rsidRPr="00515219">
        <w:rPr>
          <w:rFonts w:ascii="Arial" w:hAnsi="Arial" w:cs="Arial"/>
          <w:bCs/>
          <w:lang w:val="en-GB"/>
        </w:rPr>
        <w:t>author</w:t>
      </w:r>
      <w:r w:rsidR="001E158B" w:rsidRPr="00515219">
        <w:rPr>
          <w:rFonts w:ascii="Arial" w:hAnsi="Arial" w:cs="Arial"/>
          <w:bCs/>
          <w:vertAlign w:val="superscript"/>
          <w:lang w:val="en-GB"/>
        </w:rPr>
        <w:t>X</w:t>
      </w:r>
      <w:proofErr w:type="spellEnd"/>
      <w:r w:rsidR="00514AA7" w:rsidRPr="00515219">
        <w:rPr>
          <w:rFonts w:ascii="Arial" w:hAnsi="Arial" w:cs="Arial"/>
          <w:bCs/>
          <w:lang w:val="en-GB"/>
        </w:rPr>
        <w:t>*</w:t>
      </w:r>
      <w:r w:rsidR="001E158B" w:rsidRPr="00515219">
        <w:rPr>
          <w:rFonts w:ascii="Arial" w:hAnsi="Arial" w:cs="Arial"/>
          <w:bCs/>
          <w:lang w:val="en-GB"/>
        </w:rPr>
        <w:t xml:space="preserve"> </w:t>
      </w:r>
    </w:p>
    <w:p w14:paraId="22867664" w14:textId="4C407236" w:rsidR="00861F59" w:rsidRPr="00515219" w:rsidRDefault="001E158B" w:rsidP="0081315B">
      <w:pPr>
        <w:spacing w:line="240" w:lineRule="auto"/>
        <w:contextualSpacing/>
        <w:jc w:val="center"/>
        <w:rPr>
          <w:rFonts w:ascii="Arial" w:hAnsi="Arial" w:cs="Arial"/>
          <w:bCs/>
          <w:i/>
          <w:iCs/>
          <w:color w:val="00B050"/>
          <w:lang w:val="en-GB"/>
        </w:rPr>
      </w:pPr>
      <w:r w:rsidRPr="00515219">
        <w:rPr>
          <w:rFonts w:ascii="Arial" w:hAnsi="Arial" w:cs="Arial"/>
          <w:bCs/>
          <w:i/>
          <w:iCs/>
          <w:color w:val="00B050"/>
          <w:lang w:val="en-GB"/>
        </w:rPr>
        <w:t>(</w:t>
      </w:r>
      <w:r w:rsidR="00515219" w:rsidRPr="00515219">
        <w:rPr>
          <w:rFonts w:ascii="Arial" w:hAnsi="Arial" w:cs="Arial"/>
          <w:bCs/>
          <w:i/>
          <w:iCs/>
          <w:color w:val="00B050"/>
          <w:lang w:val="en-GB"/>
        </w:rPr>
        <w:t xml:space="preserve">Arial 11, </w:t>
      </w:r>
      <w:r w:rsidR="00C61353">
        <w:rPr>
          <w:rFonts w:ascii="Arial" w:hAnsi="Arial" w:cs="Arial"/>
          <w:bCs/>
          <w:i/>
          <w:iCs/>
          <w:color w:val="00B050"/>
          <w:lang w:val="en-GB"/>
        </w:rPr>
        <w:t>p</w:t>
      </w:r>
      <w:r w:rsidR="00515219" w:rsidRPr="00515219">
        <w:rPr>
          <w:rFonts w:ascii="Arial" w:hAnsi="Arial" w:cs="Arial"/>
          <w:bCs/>
          <w:i/>
          <w:iCs/>
          <w:color w:val="00B050"/>
          <w:lang w:val="en-GB"/>
        </w:rPr>
        <w:t>resenting author underlined, corresponding author with an asterisk)</w:t>
      </w:r>
    </w:p>
    <w:p w14:paraId="4AF70B36" w14:textId="3E200555" w:rsidR="006E26AB" w:rsidRDefault="00C61353" w:rsidP="0081315B">
      <w:pPr>
        <w:spacing w:line="240" w:lineRule="auto"/>
        <w:contextualSpacing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vertAlign w:val="superscript"/>
          <w:lang w:val="en-GB"/>
        </w:rPr>
        <w:t>1</w:t>
      </w:r>
      <w:r w:rsidR="00861F59" w:rsidRPr="00861F59">
        <w:rPr>
          <w:rFonts w:ascii="Arial" w:hAnsi="Arial" w:cs="Arial"/>
          <w:lang w:val="en-GB"/>
        </w:rPr>
        <w:t>Affiliation</w:t>
      </w:r>
      <w:r w:rsidR="00D06D49">
        <w:rPr>
          <w:rFonts w:ascii="Arial" w:hAnsi="Arial" w:cs="Arial"/>
          <w:lang w:val="en-GB"/>
        </w:rPr>
        <w:t xml:space="preserve"> </w:t>
      </w:r>
      <w:r w:rsidR="00D06D49" w:rsidRPr="00F51634">
        <w:rPr>
          <w:rFonts w:ascii="Arial" w:hAnsi="Arial" w:cs="Arial"/>
          <w:i/>
          <w:iCs/>
          <w:color w:val="00B050"/>
          <w:lang w:val="en-GB"/>
        </w:rPr>
        <w:t>(Arial 11)</w:t>
      </w:r>
    </w:p>
    <w:p w14:paraId="66082ED9" w14:textId="5256AE5A" w:rsidR="00C61353" w:rsidRDefault="00C61353" w:rsidP="0081315B">
      <w:pPr>
        <w:spacing w:line="240" w:lineRule="auto"/>
        <w:contextualSpacing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vertAlign w:val="superscript"/>
          <w:lang w:val="en-GB"/>
        </w:rPr>
        <w:t>2</w:t>
      </w:r>
      <w:r w:rsidRPr="00861F59">
        <w:rPr>
          <w:rFonts w:ascii="Arial" w:hAnsi="Arial" w:cs="Arial"/>
          <w:lang w:val="en-GB"/>
        </w:rPr>
        <w:t>Affiliation</w:t>
      </w:r>
      <w:r w:rsidR="00D06D49">
        <w:rPr>
          <w:rFonts w:ascii="Arial" w:hAnsi="Arial" w:cs="Arial"/>
          <w:lang w:val="en-GB"/>
        </w:rPr>
        <w:t xml:space="preserve"> </w:t>
      </w:r>
      <w:r w:rsidR="00D06D49" w:rsidRPr="00F51634">
        <w:rPr>
          <w:rFonts w:ascii="Arial" w:hAnsi="Arial" w:cs="Arial"/>
          <w:i/>
          <w:iCs/>
          <w:color w:val="00B050"/>
          <w:lang w:val="en-GB"/>
        </w:rPr>
        <w:t>(Arial 11)</w:t>
      </w:r>
    </w:p>
    <w:p w14:paraId="44BC985F" w14:textId="6C2213C9" w:rsidR="00D06D49" w:rsidRDefault="00D06D49" w:rsidP="0081315B">
      <w:pPr>
        <w:spacing w:line="240" w:lineRule="auto"/>
        <w:contextualSpacing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*</w:t>
      </w:r>
      <w:proofErr w:type="gramStart"/>
      <w:r>
        <w:rPr>
          <w:rFonts w:ascii="Arial" w:hAnsi="Arial" w:cs="Arial"/>
          <w:lang w:val="en-GB"/>
        </w:rPr>
        <w:t>email</w:t>
      </w:r>
      <w:proofErr w:type="gramEnd"/>
      <w:r>
        <w:rPr>
          <w:rFonts w:ascii="Arial" w:hAnsi="Arial" w:cs="Arial"/>
          <w:lang w:val="en-GB"/>
        </w:rPr>
        <w:t>:</w:t>
      </w:r>
      <w:r w:rsidRPr="00F51634">
        <w:rPr>
          <w:rFonts w:ascii="Arial" w:hAnsi="Arial" w:cs="Arial"/>
          <w:i/>
          <w:iCs/>
          <w:color w:val="00B050"/>
          <w:lang w:val="en-GB"/>
        </w:rPr>
        <w:t xml:space="preserve"> </w:t>
      </w:r>
      <w:r w:rsidR="00F51634" w:rsidRPr="00F51634">
        <w:rPr>
          <w:rFonts w:ascii="Arial" w:hAnsi="Arial" w:cs="Arial"/>
          <w:i/>
          <w:iCs/>
          <w:color w:val="00B050"/>
          <w:lang w:val="en-GB"/>
        </w:rPr>
        <w:t>(Arial 11)</w:t>
      </w:r>
    </w:p>
    <w:p w14:paraId="52C24CFE" w14:textId="77777777" w:rsidR="00C61353" w:rsidRPr="00861F59" w:rsidRDefault="00C61353" w:rsidP="00861F59">
      <w:pPr>
        <w:jc w:val="center"/>
        <w:rPr>
          <w:rFonts w:ascii="Arial" w:hAnsi="Arial" w:cs="Arial"/>
          <w:lang w:val="en-GB"/>
        </w:rPr>
      </w:pPr>
    </w:p>
    <w:p w14:paraId="0275ED77" w14:textId="26A76EBF" w:rsidR="006E26AB" w:rsidRDefault="00861F59" w:rsidP="00835ED9">
      <w:pPr>
        <w:jc w:val="both"/>
        <w:rPr>
          <w:rFonts w:ascii="Arial" w:hAnsi="Arial" w:cs="Arial"/>
        </w:rPr>
      </w:pPr>
      <w:r w:rsidRPr="00861F59">
        <w:rPr>
          <w:rFonts w:ascii="Arial" w:hAnsi="Arial" w:cs="Arial"/>
          <w:b/>
          <w:bCs/>
        </w:rPr>
        <w:t>Abstract.</w:t>
      </w:r>
      <w:r w:rsidRPr="00861F59">
        <w:rPr>
          <w:rFonts w:ascii="Arial" w:hAnsi="Arial" w:cs="Arial"/>
        </w:rPr>
        <w:t xml:space="preserve"> </w:t>
      </w:r>
      <w:r w:rsidR="00216CC5" w:rsidRPr="00216CC5">
        <w:rPr>
          <w:rFonts w:ascii="Arial" w:hAnsi="Arial" w:cs="Arial"/>
        </w:rPr>
        <w:t>Type your abstract here. An abstract must be submitted in English as a Microsoft Word document using this format. Abstracts are accepted for poster and oral sessions. All abstracts must contain the following contents: (1) Importance of the work and objectives; (2) Methodologies; (3) Main results and conclusion.</w:t>
      </w:r>
      <w:r w:rsidR="00355DCA">
        <w:rPr>
          <w:rFonts w:ascii="Arial" w:hAnsi="Arial" w:cs="Arial"/>
        </w:rPr>
        <w:t xml:space="preserve"> Maximum length: 300 words.</w:t>
      </w:r>
      <w:r w:rsidR="00216CC5" w:rsidRPr="00216CC5">
        <w:rPr>
          <w:rFonts w:ascii="Arial" w:hAnsi="Arial" w:cs="Arial"/>
        </w:rPr>
        <w:t xml:space="preserve"> All abstracts will be reviewed by the </w:t>
      </w:r>
      <w:r w:rsidR="00216CC5">
        <w:rPr>
          <w:rFonts w:ascii="Arial" w:hAnsi="Arial" w:cs="Arial"/>
        </w:rPr>
        <w:t>EREM2026</w:t>
      </w:r>
      <w:r w:rsidR="00216CC5" w:rsidRPr="00216CC5">
        <w:rPr>
          <w:rFonts w:ascii="Arial" w:hAnsi="Arial" w:cs="Arial"/>
        </w:rPr>
        <w:t xml:space="preserve"> </w:t>
      </w:r>
      <w:proofErr w:type="spellStart"/>
      <w:r w:rsidR="00216CC5" w:rsidRPr="00216CC5">
        <w:rPr>
          <w:rFonts w:ascii="Arial" w:hAnsi="Arial" w:cs="Arial"/>
        </w:rPr>
        <w:t>organising</w:t>
      </w:r>
      <w:proofErr w:type="spellEnd"/>
      <w:r w:rsidR="00216CC5" w:rsidRPr="00216CC5">
        <w:rPr>
          <w:rFonts w:ascii="Arial" w:hAnsi="Arial" w:cs="Arial"/>
        </w:rPr>
        <w:t xml:space="preserve"> committee. </w:t>
      </w:r>
      <w:r w:rsidR="00F51634" w:rsidRPr="00F51634">
        <w:rPr>
          <w:rFonts w:ascii="Arial" w:hAnsi="Arial" w:cs="Arial"/>
          <w:i/>
          <w:iCs/>
          <w:color w:val="00B050"/>
        </w:rPr>
        <w:t>(</w:t>
      </w:r>
      <w:r w:rsidRPr="00F51634">
        <w:rPr>
          <w:rFonts w:ascii="Arial" w:hAnsi="Arial" w:cs="Arial"/>
          <w:i/>
          <w:iCs/>
          <w:color w:val="00B050"/>
        </w:rPr>
        <w:t>Arial 11, 1.15 spacing</w:t>
      </w:r>
      <w:r w:rsidR="00F51634" w:rsidRPr="00F51634">
        <w:rPr>
          <w:rFonts w:ascii="Arial" w:hAnsi="Arial" w:cs="Arial"/>
          <w:i/>
          <w:iCs/>
          <w:color w:val="00B050"/>
        </w:rPr>
        <w:t>)</w:t>
      </w:r>
    </w:p>
    <w:p w14:paraId="2B5E5FDC" w14:textId="77777777" w:rsidR="00355DCA" w:rsidRDefault="00355DCA" w:rsidP="00A77C08">
      <w:pPr>
        <w:rPr>
          <w:rFonts w:ascii="Arial" w:hAnsi="Arial" w:cs="Arial"/>
        </w:rPr>
      </w:pPr>
    </w:p>
    <w:p w14:paraId="600E05A9" w14:textId="77777777" w:rsidR="00355DCA" w:rsidRDefault="00355DCA" w:rsidP="00A77C08">
      <w:pPr>
        <w:rPr>
          <w:rFonts w:ascii="Arial" w:hAnsi="Arial" w:cs="Arial"/>
        </w:rPr>
      </w:pPr>
    </w:p>
    <w:p w14:paraId="2394271E" w14:textId="77777777" w:rsidR="00355DCA" w:rsidRDefault="00355DCA" w:rsidP="00A77C08">
      <w:pPr>
        <w:rPr>
          <w:rFonts w:ascii="Arial" w:hAnsi="Arial" w:cs="Arial"/>
        </w:rPr>
      </w:pPr>
    </w:p>
    <w:p w14:paraId="28045E8A" w14:textId="77777777" w:rsidR="00355DCA" w:rsidRDefault="00355DCA" w:rsidP="00A77C08">
      <w:pPr>
        <w:rPr>
          <w:rFonts w:ascii="Arial" w:hAnsi="Arial" w:cs="Arial"/>
        </w:rPr>
      </w:pPr>
    </w:p>
    <w:p w14:paraId="332D7855" w14:textId="77777777" w:rsidR="00355DCA" w:rsidRDefault="00355DCA" w:rsidP="00A77C08">
      <w:pPr>
        <w:rPr>
          <w:rFonts w:ascii="Arial" w:hAnsi="Arial" w:cs="Arial"/>
        </w:rPr>
      </w:pPr>
    </w:p>
    <w:p w14:paraId="06932B13" w14:textId="77777777" w:rsidR="00355DCA" w:rsidRDefault="00355DCA" w:rsidP="00A77C08">
      <w:pPr>
        <w:rPr>
          <w:rFonts w:ascii="Arial" w:hAnsi="Arial" w:cs="Arial"/>
        </w:rPr>
      </w:pPr>
    </w:p>
    <w:p w14:paraId="22598AFC" w14:textId="77777777" w:rsidR="00355DCA" w:rsidRDefault="00355DCA" w:rsidP="00A77C08">
      <w:pPr>
        <w:rPr>
          <w:rFonts w:ascii="Arial" w:hAnsi="Arial" w:cs="Arial"/>
        </w:rPr>
      </w:pPr>
    </w:p>
    <w:p w14:paraId="043381BC" w14:textId="77777777" w:rsidR="00355DCA" w:rsidRDefault="00355DCA" w:rsidP="00A77C08">
      <w:pPr>
        <w:rPr>
          <w:rFonts w:ascii="Arial" w:hAnsi="Arial" w:cs="Arial"/>
        </w:rPr>
      </w:pPr>
    </w:p>
    <w:p w14:paraId="25C98184" w14:textId="77777777" w:rsidR="00355DCA" w:rsidRDefault="00355DCA" w:rsidP="00A77C08">
      <w:pPr>
        <w:rPr>
          <w:rFonts w:ascii="Arial" w:hAnsi="Arial" w:cs="Arial"/>
        </w:rPr>
      </w:pPr>
    </w:p>
    <w:p w14:paraId="05F47978" w14:textId="77777777" w:rsidR="00355DCA" w:rsidRDefault="00355DCA" w:rsidP="00A77C08">
      <w:pPr>
        <w:rPr>
          <w:rFonts w:ascii="Arial" w:hAnsi="Arial" w:cs="Arial"/>
        </w:rPr>
      </w:pPr>
    </w:p>
    <w:p w14:paraId="77D83E84" w14:textId="14FC068E" w:rsidR="00A77C08" w:rsidRPr="00A77C08" w:rsidRDefault="00A77C08" w:rsidP="00A77C08">
      <w:pPr>
        <w:rPr>
          <w:rFonts w:ascii="Arial" w:hAnsi="Arial" w:cs="Arial"/>
          <w:b/>
          <w:i/>
          <w:color w:val="00B050"/>
        </w:rPr>
      </w:pPr>
      <w:r w:rsidRPr="00A77C08">
        <w:rPr>
          <w:rFonts w:ascii="Arial" w:hAnsi="Arial" w:cs="Arial"/>
          <w:b/>
        </w:rPr>
        <w:t xml:space="preserve">Please consider above abstract for a poster /an oral session. </w:t>
      </w:r>
      <w:r w:rsidRPr="00A77C08">
        <w:rPr>
          <w:rFonts w:ascii="Arial" w:hAnsi="Arial" w:cs="Arial"/>
          <w:i/>
          <w:color w:val="00B050"/>
        </w:rPr>
        <w:t>(Please delete poster or oral as required)</w:t>
      </w:r>
    </w:p>
    <w:p w14:paraId="05E69798" w14:textId="77777777" w:rsidR="00861F59" w:rsidRDefault="00861F59">
      <w:pPr>
        <w:rPr>
          <w:rFonts w:ascii="Arial" w:hAnsi="Arial" w:cs="Arial"/>
        </w:rPr>
      </w:pPr>
    </w:p>
    <w:p w14:paraId="21C1097C" w14:textId="3C6FA620" w:rsidR="00861F59" w:rsidRDefault="00861F59" w:rsidP="00861F59">
      <w:pPr>
        <w:spacing w:line="240" w:lineRule="auto"/>
        <w:rPr>
          <w:rFonts w:ascii="Arial" w:hAnsi="Arial" w:cs="Arial"/>
          <w:color w:val="00B050"/>
          <w:sz w:val="20"/>
          <w:szCs w:val="20"/>
        </w:rPr>
      </w:pPr>
      <w:r w:rsidRPr="00861F59">
        <w:rPr>
          <w:rFonts w:ascii="Arial" w:hAnsi="Arial" w:cs="Arial"/>
          <w:b/>
          <w:bCs/>
          <w:sz w:val="20"/>
          <w:szCs w:val="20"/>
        </w:rPr>
        <w:t xml:space="preserve">Acknowledgements. </w:t>
      </w:r>
      <w:r w:rsidRPr="00861F59">
        <w:rPr>
          <w:rFonts w:ascii="Arial" w:hAnsi="Arial" w:cs="Arial"/>
          <w:sz w:val="20"/>
          <w:szCs w:val="20"/>
        </w:rPr>
        <w:t>Add here</w:t>
      </w:r>
      <w:r w:rsidR="00F51634" w:rsidRPr="00F51634">
        <w:rPr>
          <w:rFonts w:ascii="Arial" w:hAnsi="Arial" w:cs="Arial"/>
          <w:i/>
          <w:iCs/>
          <w:color w:val="00B050"/>
          <w:sz w:val="20"/>
          <w:szCs w:val="20"/>
        </w:rPr>
        <w:t>. (</w:t>
      </w:r>
      <w:r w:rsidRPr="00F51634">
        <w:rPr>
          <w:rFonts w:ascii="Arial" w:hAnsi="Arial" w:cs="Arial"/>
          <w:i/>
          <w:iCs/>
          <w:color w:val="00B050"/>
          <w:sz w:val="20"/>
          <w:szCs w:val="20"/>
        </w:rPr>
        <w:t>Arial 10, 1.0 spacing</w:t>
      </w:r>
      <w:r w:rsidR="00F51634" w:rsidRPr="00F51634">
        <w:rPr>
          <w:rFonts w:ascii="Arial" w:hAnsi="Arial" w:cs="Arial"/>
          <w:i/>
          <w:iCs/>
          <w:color w:val="00B050"/>
          <w:sz w:val="20"/>
          <w:szCs w:val="20"/>
        </w:rPr>
        <w:t>)</w:t>
      </w:r>
      <w:r w:rsidRPr="00F51634">
        <w:rPr>
          <w:rFonts w:ascii="Arial" w:hAnsi="Arial" w:cs="Arial"/>
          <w:i/>
          <w:iCs/>
          <w:color w:val="00B050"/>
          <w:sz w:val="20"/>
          <w:szCs w:val="20"/>
        </w:rPr>
        <w:t>.</w:t>
      </w:r>
      <w:r w:rsidRPr="00F51634">
        <w:rPr>
          <w:rFonts w:ascii="Arial" w:hAnsi="Arial" w:cs="Arial"/>
          <w:color w:val="00B050"/>
          <w:sz w:val="20"/>
          <w:szCs w:val="20"/>
        </w:rPr>
        <w:t xml:space="preserve"> </w:t>
      </w:r>
    </w:p>
    <w:p w14:paraId="28CA093B" w14:textId="61D68F97" w:rsidR="007B0589" w:rsidRDefault="007B0589" w:rsidP="007B0589">
      <w:pPr>
        <w:spacing w:line="240" w:lineRule="auto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References</w:t>
      </w:r>
      <w:r w:rsidRPr="00861F59">
        <w:rPr>
          <w:rFonts w:ascii="Arial" w:hAnsi="Arial" w:cs="Arial"/>
          <w:b/>
          <w:bCs/>
          <w:sz w:val="20"/>
          <w:szCs w:val="20"/>
        </w:rPr>
        <w:t xml:space="preserve">. </w:t>
      </w:r>
      <w:r w:rsidRPr="00861F59">
        <w:rPr>
          <w:rFonts w:ascii="Arial" w:hAnsi="Arial" w:cs="Arial"/>
          <w:sz w:val="20"/>
          <w:szCs w:val="20"/>
        </w:rPr>
        <w:t>Add here</w:t>
      </w:r>
      <w:r w:rsidRPr="00F51634">
        <w:rPr>
          <w:rFonts w:ascii="Arial" w:hAnsi="Arial" w:cs="Arial"/>
          <w:i/>
          <w:iCs/>
          <w:color w:val="00B050"/>
          <w:sz w:val="20"/>
          <w:szCs w:val="20"/>
        </w:rPr>
        <w:t>. (Arial 10, 1.0 spacing).</w:t>
      </w:r>
      <w:r w:rsidRPr="00F51634">
        <w:rPr>
          <w:rFonts w:ascii="Arial" w:hAnsi="Arial" w:cs="Arial"/>
          <w:color w:val="00B050"/>
          <w:sz w:val="20"/>
          <w:szCs w:val="20"/>
        </w:rPr>
        <w:t xml:space="preserve"> </w:t>
      </w:r>
    </w:p>
    <w:p w14:paraId="39CE799B" w14:textId="5A2BD667" w:rsidR="006E26AB" w:rsidRPr="00BC0E3E" w:rsidRDefault="001F6499" w:rsidP="00FA36D7">
      <w:pPr>
        <w:jc w:val="both"/>
        <w:rPr>
          <w:rFonts w:ascii="Arial" w:hAnsi="Arial" w:cs="Arial"/>
          <w:i/>
          <w:iCs/>
          <w:color w:val="00B050"/>
        </w:rPr>
      </w:pPr>
      <w:r w:rsidRPr="001F6499">
        <w:rPr>
          <w:rFonts w:ascii="Arial" w:hAnsi="Arial" w:cs="Arial"/>
          <w:bCs/>
          <w:i/>
          <w:color w:val="00B050"/>
        </w:rPr>
        <w:t xml:space="preserve">Abstract Template: </w:t>
      </w:r>
      <w:r w:rsidRPr="001F6499">
        <w:rPr>
          <w:rFonts w:ascii="Arial" w:hAnsi="Arial" w:cs="Arial"/>
          <w:i/>
          <w:color w:val="00B050"/>
        </w:rPr>
        <w:t xml:space="preserve">Replace all the words in black using </w:t>
      </w:r>
      <w:r w:rsidR="009D476E">
        <w:rPr>
          <w:rFonts w:ascii="Arial" w:hAnsi="Arial" w:cs="Arial"/>
          <w:i/>
          <w:color w:val="00B050"/>
        </w:rPr>
        <w:t>your</w:t>
      </w:r>
      <w:r w:rsidRPr="001F6499">
        <w:rPr>
          <w:rFonts w:ascii="Arial" w:hAnsi="Arial" w:cs="Arial"/>
          <w:i/>
          <w:color w:val="00B050"/>
        </w:rPr>
        <w:t xml:space="preserve"> details and delete all the words in </w:t>
      </w:r>
      <w:r w:rsidR="00515219" w:rsidRPr="00F51634">
        <w:rPr>
          <w:rFonts w:ascii="Arial" w:hAnsi="Arial" w:cs="Arial"/>
          <w:i/>
          <w:color w:val="00B050"/>
        </w:rPr>
        <w:t>green</w:t>
      </w:r>
      <w:r w:rsidRPr="001F6499">
        <w:rPr>
          <w:rFonts w:ascii="Arial" w:hAnsi="Arial" w:cs="Arial"/>
          <w:i/>
          <w:color w:val="00B050"/>
        </w:rPr>
        <w:t xml:space="preserve"> italic when you finish. </w:t>
      </w:r>
      <w:r w:rsidR="00BF0A97" w:rsidRPr="00BF0A97">
        <w:rPr>
          <w:rFonts w:ascii="Arial" w:hAnsi="Arial" w:cs="Arial"/>
          <w:i/>
          <w:color w:val="00B050"/>
        </w:rPr>
        <w:t>Name your file as follows</w:t>
      </w:r>
      <w:r w:rsidR="00BF0A97" w:rsidRPr="00BF0A97">
        <w:rPr>
          <w:rFonts w:ascii="Arial" w:hAnsi="Arial" w:cs="Arial"/>
          <w:b/>
          <w:bCs/>
          <w:i/>
          <w:color w:val="00B050"/>
        </w:rPr>
        <w:t>:</w:t>
      </w:r>
      <w:r w:rsidR="00BF0A97" w:rsidRPr="00BF0A97">
        <w:rPr>
          <w:rFonts w:ascii="Arial" w:hAnsi="Arial" w:cs="Arial"/>
          <w:i/>
          <w:color w:val="00B050"/>
        </w:rPr>
        <w:t xml:space="preserve"> Surname et al.</w:t>
      </w:r>
      <w:r w:rsidRPr="001F6499">
        <w:rPr>
          <w:rFonts w:ascii="Arial" w:hAnsi="Arial" w:cs="Arial"/>
          <w:i/>
          <w:color w:val="00B050"/>
        </w:rPr>
        <w:t xml:space="preserve"> Submit abstract as a word document on </w:t>
      </w:r>
      <w:r w:rsidR="009D476E" w:rsidRPr="00FA36D7">
        <w:rPr>
          <w:rFonts w:ascii="Arial" w:hAnsi="Arial" w:cs="Arial"/>
          <w:i/>
          <w:color w:val="00B050"/>
        </w:rPr>
        <w:t>EREM2026</w:t>
      </w:r>
      <w:r w:rsidRPr="00FA36D7">
        <w:rPr>
          <w:rFonts w:ascii="Arial" w:hAnsi="Arial" w:cs="Arial"/>
          <w:i/>
          <w:color w:val="00B050"/>
        </w:rPr>
        <w:t xml:space="preserve"> website.</w:t>
      </w:r>
      <w:r w:rsidR="008A7040">
        <w:rPr>
          <w:rFonts w:ascii="Arial" w:hAnsi="Arial" w:cs="Arial"/>
          <w:i/>
          <w:color w:val="00B050"/>
        </w:rPr>
        <w:t xml:space="preserve"> </w:t>
      </w:r>
      <w:r w:rsidR="00F51634" w:rsidRPr="00F51634">
        <w:rPr>
          <w:rFonts w:ascii="Arial" w:hAnsi="Arial" w:cs="Arial"/>
          <w:i/>
          <w:iCs/>
          <w:color w:val="00B050"/>
        </w:rPr>
        <w:t>Maximum length: 1 page.</w:t>
      </w:r>
    </w:p>
    <w:sectPr w:rsidR="006E26AB" w:rsidRPr="00BC0E3E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33D99" w14:textId="77777777" w:rsidR="00FE0BB4" w:rsidRDefault="00FE0BB4" w:rsidP="00861F59">
      <w:pPr>
        <w:spacing w:after="0" w:line="240" w:lineRule="auto"/>
      </w:pPr>
      <w:r>
        <w:separator/>
      </w:r>
    </w:p>
  </w:endnote>
  <w:endnote w:type="continuationSeparator" w:id="0">
    <w:p w14:paraId="1E241425" w14:textId="77777777" w:rsidR="00FE0BB4" w:rsidRDefault="00FE0BB4" w:rsidP="00861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0C00D" w14:textId="77777777" w:rsidR="00FE0BB4" w:rsidRDefault="00FE0BB4" w:rsidP="00861F59">
      <w:pPr>
        <w:spacing w:after="0" w:line="240" w:lineRule="auto"/>
      </w:pPr>
      <w:r>
        <w:separator/>
      </w:r>
    </w:p>
  </w:footnote>
  <w:footnote w:type="continuationSeparator" w:id="0">
    <w:p w14:paraId="06D5FE92" w14:textId="77777777" w:rsidR="00FE0BB4" w:rsidRDefault="00FE0BB4" w:rsidP="00861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9F0CF" w14:textId="25C29CF1" w:rsidR="00AA33B8" w:rsidRPr="00AA33B8" w:rsidRDefault="002B08E5" w:rsidP="00AA33B8">
    <w:pPr>
      <w:pStyle w:val="Cabealho"/>
      <w:rPr>
        <w:lang w:val="en-GB"/>
      </w:rPr>
    </w:pPr>
    <w:r w:rsidRPr="00861F59">
      <w:rPr>
        <w:noProof/>
        <w:lang w:val="pt-PT"/>
      </w:rPr>
      <w:drawing>
        <wp:anchor distT="0" distB="0" distL="114300" distR="114300" simplePos="0" relativeHeight="251655680" behindDoc="1" locked="0" layoutInCell="1" allowOverlap="1" wp14:anchorId="16707695" wp14:editId="2380AFDE">
          <wp:simplePos x="0" y="0"/>
          <wp:positionH relativeFrom="column">
            <wp:posOffset>-30480</wp:posOffset>
          </wp:positionH>
          <wp:positionV relativeFrom="paragraph">
            <wp:posOffset>76200</wp:posOffset>
          </wp:positionV>
          <wp:extent cx="843915" cy="472440"/>
          <wp:effectExtent l="0" t="0" r="0" b="3810"/>
          <wp:wrapTight wrapText="bothSides">
            <wp:wrapPolygon edited="0">
              <wp:start x="0" y="0"/>
              <wp:lineTo x="0" y="20903"/>
              <wp:lineTo x="20966" y="20903"/>
              <wp:lineTo x="20966" y="0"/>
              <wp:lineTo x="0" y="0"/>
            </wp:wrapPolygon>
          </wp:wrapTight>
          <wp:docPr id="1350806089" name="Imagem 1" descr="Uma imagem com texto, Tipo de letra, Gráficos, captura de ecrã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532464" name="Imagem 1" descr="Uma imagem com texto, Tipo de letra, Gráficos, captura de ecrã&#10;&#10;Os conteúdos gerados por IA podem estar incorretos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3915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33B8">
      <w:rPr>
        <w:noProof/>
        <w:lang w:val="en-GB"/>
      </w:rPr>
      <w:drawing>
        <wp:anchor distT="0" distB="0" distL="114300" distR="114300" simplePos="0" relativeHeight="251683328" behindDoc="1" locked="0" layoutInCell="1" allowOverlap="1" wp14:anchorId="11BC70AE" wp14:editId="0AB45967">
          <wp:simplePos x="0" y="0"/>
          <wp:positionH relativeFrom="column">
            <wp:posOffset>883920</wp:posOffset>
          </wp:positionH>
          <wp:positionV relativeFrom="paragraph">
            <wp:posOffset>89535</wp:posOffset>
          </wp:positionV>
          <wp:extent cx="447675" cy="447675"/>
          <wp:effectExtent l="0" t="0" r="9525" b="9525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303750752" name="Imagem 2" descr="Uma imagem com texto, Tipo de letra, Gráficos, logótipo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757059" name="Imagem 2" descr="Uma imagem com texto, Tipo de letra, Gráficos, logótipo&#10;&#10;Os conteúdos gerados por IA podem estar incorretos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90B44E" w14:textId="7763736F" w:rsidR="00B31590" w:rsidRPr="002B08E5" w:rsidRDefault="00177BC3" w:rsidP="002B08E5">
    <w:pPr>
      <w:pStyle w:val="Cabealho"/>
      <w:spacing w:line="360" w:lineRule="auto"/>
      <w:jc w:val="right"/>
      <w:rPr>
        <w:rFonts w:ascii="Arial" w:hAnsi="Arial" w:cs="Arial"/>
        <w:b/>
        <w:bCs/>
      </w:rPr>
    </w:pPr>
    <w:r w:rsidRPr="002B08E5">
      <w:rPr>
        <w:rFonts w:ascii="Arial" w:hAnsi="Arial" w:cs="Arial"/>
        <w:b/>
        <w:bCs/>
      </w:rPr>
      <w:t>20</w:t>
    </w:r>
    <w:r w:rsidRPr="002B08E5">
      <w:rPr>
        <w:rFonts w:ascii="Arial" w:hAnsi="Arial" w:cs="Arial"/>
        <w:b/>
        <w:bCs/>
        <w:vertAlign w:val="superscript"/>
      </w:rPr>
      <w:t>th</w:t>
    </w:r>
    <w:r w:rsidRPr="002B08E5">
      <w:rPr>
        <w:rFonts w:ascii="Arial" w:hAnsi="Arial" w:cs="Arial"/>
        <w:b/>
        <w:bCs/>
      </w:rPr>
      <w:t xml:space="preserve"> International Symposium on Electrokinetic Remediation</w:t>
    </w:r>
  </w:p>
  <w:p w14:paraId="2D6D5C68" w14:textId="708175CA" w:rsidR="00861F59" w:rsidRPr="00B31590" w:rsidRDefault="00566890" w:rsidP="00B31590">
    <w:pPr>
      <w:pStyle w:val="Cabealho"/>
      <w:spacing w:line="360" w:lineRule="auto"/>
      <w:jc w:val="right"/>
      <w:rPr>
        <w:rFonts w:ascii="Arial" w:hAnsi="Arial" w:cs="Arial"/>
        <w:sz w:val="18"/>
        <w:szCs w:val="18"/>
        <w:lang w:val="en-GB"/>
      </w:rPr>
    </w:pPr>
    <w:r w:rsidRPr="00B31590">
      <w:rPr>
        <w:rFonts w:ascii="Arial" w:hAnsi="Arial" w:cs="Arial"/>
        <w:sz w:val="18"/>
        <w:szCs w:val="18"/>
        <w:lang w:val="en-GB"/>
      </w:rPr>
      <w:t>June</w:t>
    </w:r>
    <w:r w:rsidR="00C841E0" w:rsidRPr="00B31590">
      <w:rPr>
        <w:rFonts w:ascii="Arial" w:hAnsi="Arial" w:cs="Arial"/>
        <w:sz w:val="18"/>
        <w:szCs w:val="18"/>
        <w:lang w:val="en-GB"/>
      </w:rPr>
      <w:t xml:space="preserve"> 17-19, 2026</w:t>
    </w:r>
    <w:r w:rsidRPr="00B31590">
      <w:rPr>
        <w:rFonts w:ascii="Arial" w:hAnsi="Arial" w:cs="Arial"/>
        <w:sz w:val="18"/>
        <w:szCs w:val="18"/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38526393">
    <w:abstractNumId w:val="8"/>
  </w:num>
  <w:num w:numId="2" w16cid:durableId="1621300154">
    <w:abstractNumId w:val="6"/>
  </w:num>
  <w:num w:numId="3" w16cid:durableId="598174116">
    <w:abstractNumId w:val="5"/>
  </w:num>
  <w:num w:numId="4" w16cid:durableId="716973830">
    <w:abstractNumId w:val="4"/>
  </w:num>
  <w:num w:numId="5" w16cid:durableId="2130968773">
    <w:abstractNumId w:val="7"/>
  </w:num>
  <w:num w:numId="6" w16cid:durableId="338580950">
    <w:abstractNumId w:val="3"/>
  </w:num>
  <w:num w:numId="7" w16cid:durableId="1350527312">
    <w:abstractNumId w:val="2"/>
  </w:num>
  <w:num w:numId="8" w16cid:durableId="775829310">
    <w:abstractNumId w:val="1"/>
  </w:num>
  <w:num w:numId="9" w16cid:durableId="1948803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77BC3"/>
    <w:rsid w:val="001E158B"/>
    <w:rsid w:val="001F6499"/>
    <w:rsid w:val="00216CC5"/>
    <w:rsid w:val="0029639D"/>
    <w:rsid w:val="002B08E5"/>
    <w:rsid w:val="00326F90"/>
    <w:rsid w:val="00355DCA"/>
    <w:rsid w:val="00400768"/>
    <w:rsid w:val="004943CA"/>
    <w:rsid w:val="00514AA7"/>
    <w:rsid w:val="00515219"/>
    <w:rsid w:val="00566890"/>
    <w:rsid w:val="00582DEB"/>
    <w:rsid w:val="00611DAC"/>
    <w:rsid w:val="006E26AB"/>
    <w:rsid w:val="007B0589"/>
    <w:rsid w:val="0081315B"/>
    <w:rsid w:val="00835ED9"/>
    <w:rsid w:val="00861F59"/>
    <w:rsid w:val="008A7040"/>
    <w:rsid w:val="009D476E"/>
    <w:rsid w:val="00A121B5"/>
    <w:rsid w:val="00A370EE"/>
    <w:rsid w:val="00A77C08"/>
    <w:rsid w:val="00AA1D8D"/>
    <w:rsid w:val="00AA33B8"/>
    <w:rsid w:val="00B31590"/>
    <w:rsid w:val="00B47730"/>
    <w:rsid w:val="00BC0E3E"/>
    <w:rsid w:val="00BF0A97"/>
    <w:rsid w:val="00C54721"/>
    <w:rsid w:val="00C61353"/>
    <w:rsid w:val="00C841E0"/>
    <w:rsid w:val="00CB0664"/>
    <w:rsid w:val="00D06D49"/>
    <w:rsid w:val="00E14495"/>
    <w:rsid w:val="00E90128"/>
    <w:rsid w:val="00EB592D"/>
    <w:rsid w:val="00F0290A"/>
    <w:rsid w:val="00F51634"/>
    <w:rsid w:val="00FA36D7"/>
    <w:rsid w:val="00FC693F"/>
    <w:rsid w:val="00FE0BB4"/>
    <w:rsid w:val="00FF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54BA80"/>
  <w14:defaultImageDpi w14:val="300"/>
  <w15:docId w15:val="{7B2BD8C2-6C40-4027-A648-F8C41F788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te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18BF"/>
  </w:style>
  <w:style w:type="paragraph" w:styleId="Rodap">
    <w:name w:val="footer"/>
    <w:basedOn w:val="Normal"/>
    <w:link w:val="Rodap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ter">
    <w:name w:val="Título 1 Caráter"/>
    <w:basedOn w:val="Tipodeletrapredefinidodopargraf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te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arter"/>
    <w:uiPriority w:val="99"/>
    <w:unhideWhenUsed/>
    <w:rsid w:val="00AA1D8D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AA1D8D"/>
  </w:style>
  <w:style w:type="paragraph" w:styleId="Corpodetexto2">
    <w:name w:val="Body Text 2"/>
    <w:basedOn w:val="Normal"/>
    <w:link w:val="Corpodetexto2Carter"/>
    <w:uiPriority w:val="99"/>
    <w:unhideWhenUsed/>
    <w:rsid w:val="00AA1D8D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rsid w:val="00AA1D8D"/>
  </w:style>
  <w:style w:type="paragraph" w:styleId="Corpodetexto3">
    <w:name w:val="Body Text 3"/>
    <w:basedOn w:val="Normal"/>
    <w:link w:val="Corpodetexto3Carte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mmarc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mmarc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mmarc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arte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arter"/>
    <w:uiPriority w:val="29"/>
    <w:qFormat/>
    <w:rsid w:val="00FC693F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Tipodeletrapredefinidodopargrafo"/>
    <w:uiPriority w:val="22"/>
    <w:qFormat/>
    <w:rsid w:val="00FC693F"/>
    <w:rPr>
      <w:b/>
      <w:bCs/>
    </w:rPr>
  </w:style>
  <w:style w:type="character" w:styleId="nfase">
    <w:name w:val="Emphasis"/>
    <w:basedOn w:val="Tipodeletrapredefinidodopargraf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Discreta">
    <w:name w:val="Subtle Emphasis"/>
    <w:basedOn w:val="Tipodeletrapredefinidodopargraf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Tipodeletrapredefinidodopargraf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FC693F"/>
    <w:rPr>
      <w:b/>
      <w:b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elha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Cor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Cor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Cor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Cor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Cor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Cor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Cor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Cor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Cor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Cor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elha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elhaClara-Cor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elhaClara-Cor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elhaClara-Cor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elhaClara-Cor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elhaClara-Cor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Cor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Cor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Cor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Cor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Cor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elha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Mdia1-Cor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Mdia1-Cor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Mdia1-Cor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Mdia1-Cor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Mdia1-Cor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elha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elhaMdia3-Cor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elhaMdia3-Cor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elhaMdia3-Cor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elhaMdia3-Cor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elhaMdia3-Cor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Cor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Cor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Cor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Cor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Cor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Cor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Cor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Cor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Cor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Cor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elha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Colorida-Cor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Colorida-Cor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Colorida-Cor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Colorida-Cor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Colorida-Cor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AA33B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Vanessa Correia</cp:lastModifiedBy>
  <cp:revision>32</cp:revision>
  <dcterms:created xsi:type="dcterms:W3CDTF">2013-12-23T23:15:00Z</dcterms:created>
  <dcterms:modified xsi:type="dcterms:W3CDTF">2025-11-28T12:37:00Z</dcterms:modified>
  <cp:category/>
</cp:coreProperties>
</file>